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color w:val="0E5A7A"/>
                <w:sz w:val="44"/>
              </w:rPr>
              <w:t>First Last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i/>
              </w:rPr>
              <w:t>[Insert photo – professional headshot]</w:t>
            </w:r>
          </w:p>
        </w:tc>
      </w:tr>
    </w:tbl>
    <w:p>
      <w:pPr>
        <w:spacing w:before="240"/>
      </w:pPr>
      <w:r>
        <w:rPr>
          <w:b/>
          <w:color w:val="0E5A7A"/>
          <w:sz w:val="24"/>
        </w:rPr>
        <w:t>PERSONAL DETAILS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Address</w:t>
            </w:r>
          </w:p>
        </w:tc>
        <w:tc>
          <w:tcPr>
            <w:tcW w:type="dxa" w:w="7370"/>
          </w:tcPr>
          <w:p>
            <w:r>
              <w:t>Street No., Postcode Town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Phone</w:t>
            </w:r>
          </w:p>
        </w:tc>
        <w:tc>
          <w:tcPr>
            <w:tcW w:type="dxa" w:w="7370"/>
          </w:tcPr>
          <w:p>
            <w:r>
              <w:t>+41 79 000 00 00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Email</w:t>
            </w:r>
          </w:p>
        </w:tc>
        <w:tc>
          <w:tcPr>
            <w:tcW w:type="dxa" w:w="7370"/>
          </w:tcPr>
          <w:p>
            <w:r>
              <w:t>name@example.ch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Date of birth</w:t>
            </w:r>
          </w:p>
        </w:tc>
        <w:tc>
          <w:tcPr>
            <w:tcW w:type="dxa" w:w="7370"/>
          </w:tcPr>
          <w:p>
            <w:r>
              <w:t>DD.MM.YYYY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Nationality</w:t>
            </w:r>
          </w:p>
        </w:tc>
        <w:tc>
          <w:tcPr>
            <w:tcW w:type="dxa" w:w="7370"/>
          </w:tcPr>
          <w:p>
            <w:r>
              <w:t>Swiss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Permit</w:t>
            </w:r>
          </w:p>
        </w:tc>
        <w:tc>
          <w:tcPr>
            <w:tcW w:type="dxa" w:w="7370"/>
          </w:tcPr>
          <w:p>
            <w:r>
              <w:t>e.g. B / C / G permit (if not Swiss)</w:t>
            </w:r>
          </w:p>
        </w:tc>
      </w:tr>
    </w:tbl>
    <w:p>
      <w:pPr>
        <w:spacing w:before="240"/>
      </w:pPr>
      <w:r>
        <w:rPr>
          <w:b/>
          <w:color w:val="0E5A7A"/>
          <w:sz w:val="24"/>
        </w:rPr>
        <w:t>WORK EXPERIENCE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68"/>
        <w:gridCol w:w="4986"/>
      </w:tblGrid>
      <w:tr>
        <w:tc>
          <w:tcPr>
            <w:tcW w:type="dxa" w:w="2268"/>
          </w:tcPr>
          <w:p>
            <w:r>
              <w:rPr>
                <w:color w:val="555555"/>
              </w:rPr>
              <w:t>MM.YYYY – present</w:t>
            </w:r>
          </w:p>
        </w:tc>
        <w:tc>
          <w:tcPr>
            <w:tcW w:type="dxa" w:w="7370"/>
          </w:tcPr>
          <w:p>
            <w:r>
              <w:rPr>
                <w:b/>
              </w:rPr>
              <w:t>Job title · Company AG, Town · 100%</w:t>
            </w:r>
          </w:p>
          <w:p>
            <w:r>
              <w:t>• Main task or responsibility</w:t>
            </w:r>
          </w:p>
          <w:p>
            <w:r>
              <w:t>• Measurable result (real figures only)</w:t>
            </w:r>
          </w:p>
          <w:p>
            <w:r>
              <w:t>• Another relevant activity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268"/>
        <w:gridCol w:w="4986"/>
      </w:tblGrid>
      <w:tr>
        <w:tc>
          <w:tcPr>
            <w:tcW w:type="dxa" w:w="2268"/>
          </w:tcPr>
          <w:p>
            <w:r>
              <w:rPr>
                <w:color w:val="555555"/>
              </w:rPr>
              <w:t>MM.YYYY – MM.YYYY</w:t>
            </w:r>
          </w:p>
        </w:tc>
        <w:tc>
          <w:tcPr>
            <w:tcW w:type="dxa" w:w="7370"/>
          </w:tcPr>
          <w:p>
            <w:r>
              <w:rPr>
                <w:b/>
              </w:rPr>
              <w:t>Job title · Company GmbH, Town · 80%</w:t>
            </w:r>
          </w:p>
          <w:p>
            <w:r>
              <w:t>• Task</w:t>
            </w:r>
          </w:p>
          <w:p>
            <w:r>
              <w:t>• Result</w:t>
            </w:r>
          </w:p>
        </w:tc>
      </w:tr>
    </w:tbl>
    <w:p>
      <w:pPr>
        <w:spacing w:before="240"/>
      </w:pPr>
      <w:r>
        <w:rPr>
          <w:b/>
          <w:color w:val="0E5A7A"/>
          <w:sz w:val="24"/>
        </w:rPr>
        <w:t>EDUCATION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68"/>
        <w:gridCol w:w="4986"/>
      </w:tblGrid>
      <w:tr>
        <w:tc>
          <w:tcPr>
            <w:tcW w:type="dxa" w:w="2268"/>
          </w:tcPr>
          <w:p>
            <w:r>
              <w:rPr>
                <w:color w:val="555555"/>
              </w:rPr>
              <w:t>MM.YYYY – MM.YYYY</w:t>
            </w:r>
          </w:p>
        </w:tc>
        <w:tc>
          <w:tcPr>
            <w:tcW w:type="dxa" w:w="7370"/>
          </w:tcPr>
          <w:p>
            <w:r>
              <w:rPr>
                <w:b/>
              </w:rPr>
              <w:t>Qualification (e.g. EFZ, Bachelor) · School, Town</w:t>
            </w:r>
          </w:p>
          <w:p>
            <w:r>
              <w:rPr>
                <w:i/>
              </w:rPr>
              <w:t>Grade / focus (optional)</w:t>
            </w:r>
          </w:p>
        </w:tc>
      </w:tr>
    </w:tbl>
    <w:p>
      <w:pPr>
        <w:spacing w:before="240"/>
      </w:pPr>
      <w:r>
        <w:rPr>
          <w:b/>
          <w:color w:val="0E5A7A"/>
          <w:sz w:val="24"/>
        </w:rPr>
        <w:t>FURTHER EDUCATION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68"/>
        <w:gridCol w:w="4986"/>
      </w:tblGrid>
      <w:tr>
        <w:tc>
          <w:tcPr>
            <w:tcW w:type="dxa" w:w="2268"/>
          </w:tcPr>
          <w:p>
            <w:r>
              <w:rPr>
                <w:color w:val="555555"/>
              </w:rPr>
              <w:t>YYYY</w:t>
            </w:r>
          </w:p>
        </w:tc>
        <w:tc>
          <w:tcPr>
            <w:tcW w:type="dxa" w:w="7370"/>
          </w:tcPr>
          <w:p>
            <w:r>
              <w:rPr>
                <w:b/>
              </w:rPr>
              <w:t>Course or certificate · Provider</w:t>
            </w:r>
          </w:p>
        </w:tc>
      </w:tr>
    </w:tbl>
    <w:p>
      <w:pPr>
        <w:spacing w:before="240"/>
      </w:pPr>
      <w:r>
        <w:rPr>
          <w:b/>
          <w:color w:val="0E5A7A"/>
          <w:sz w:val="24"/>
        </w:rPr>
        <w:t>LANGUAGES</w:t>
      </w:r>
    </w:p>
    <w:p>
      <w:r>
        <w:t>• English – native</w:t>
      </w:r>
    </w:p>
    <w:p>
      <w:r>
        <w:t>• German – B2</w:t>
      </w:r>
    </w:p>
    <w:p>
      <w:r>
        <w:t>• French – B1</w:t>
      </w:r>
    </w:p>
    <w:p>
      <w:pPr>
        <w:spacing w:before="240"/>
      </w:pPr>
      <w:r>
        <w:rPr>
          <w:b/>
          <w:color w:val="0E5A7A"/>
          <w:sz w:val="24"/>
        </w:rPr>
        <w:t>IT SKILLS</w:t>
      </w:r>
    </w:p>
    <w:p>
      <w:r>
        <w:t>MS Office, SAP, …</w:t>
      </w:r>
    </w:p>
    <w:p>
      <w:pPr>
        <w:spacing w:before="240"/>
      </w:pPr>
      <w:r>
        <w:rPr>
          <w:b/>
          <w:color w:val="0E5A7A"/>
          <w:sz w:val="24"/>
        </w:rPr>
        <w:t>INTERESTS</w:t>
      </w:r>
    </w:p>
    <w:p>
      <w:r>
        <w:t>Hobby 1, Hobby 2, club …</w:t>
      </w:r>
    </w:p>
    <w:p>
      <w:pPr>
        <w:spacing w:before="240"/>
      </w:pPr>
      <w:r>
        <w:rPr>
          <w:b/>
          <w:color w:val="0E5A7A"/>
          <w:sz w:val="24"/>
        </w:rPr>
        <w:t>REFERENCES</w:t>
      </w:r>
    </w:p>
    <w:p>
      <w:r>
        <w:t>References available upon request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