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0E5A7A"/>
                <w:sz w:val="44"/>
              </w:rPr>
              <w:t>Prénom Nom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i/>
              </w:rPr>
              <w:t>[Insérer la photo – portrait professionnel]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DONNÉES PERSONNELLES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Adresse</w:t>
            </w:r>
          </w:p>
        </w:tc>
        <w:tc>
          <w:tcPr>
            <w:tcW w:type="dxa" w:w="7370"/>
          </w:tcPr>
          <w:p>
            <w:r>
              <w:t>Rue N°, NPA Localité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Téléphone</w:t>
            </w:r>
          </w:p>
        </w:tc>
        <w:tc>
          <w:tcPr>
            <w:tcW w:type="dxa" w:w="7370"/>
          </w:tcPr>
          <w:p>
            <w:r>
              <w:t>+41 79 000 00 00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E-mail</w:t>
            </w:r>
          </w:p>
        </w:tc>
        <w:tc>
          <w:tcPr>
            <w:tcW w:type="dxa" w:w="7370"/>
          </w:tcPr>
          <w:p>
            <w:r>
              <w:t>nom@exemple.ch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Date de naissance</w:t>
            </w:r>
          </w:p>
        </w:tc>
        <w:tc>
          <w:tcPr>
            <w:tcW w:type="dxa" w:w="7370"/>
          </w:tcPr>
          <w:p>
            <w:r>
              <w:t>JJ.MM.AAAA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Nationalité</w:t>
            </w:r>
          </w:p>
        </w:tc>
        <w:tc>
          <w:tcPr>
            <w:tcW w:type="dxa" w:w="7370"/>
          </w:tcPr>
          <w:p>
            <w:r>
              <w:t>Suisse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Permis</w:t>
            </w:r>
          </w:p>
        </w:tc>
        <w:tc>
          <w:tcPr>
            <w:tcW w:type="dxa" w:w="7370"/>
          </w:tcPr>
          <w:p>
            <w:r>
              <w:t>p. ex. permis B / C / G (si non suisse)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EXPÉRIENCE PROFESSIONNELLE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MM.AAAA – aujourd'hui</w:t>
            </w:r>
          </w:p>
        </w:tc>
        <w:tc>
          <w:tcPr>
            <w:tcW w:type="dxa" w:w="7370"/>
          </w:tcPr>
          <w:p>
            <w:r>
              <w:rPr>
                <w:b/>
              </w:rPr>
              <w:t>Fonction · Entreprise SA, Lieu · 100 %</w:t>
            </w:r>
          </w:p>
          <w:p>
            <w:r>
              <w:t>• Tâche ou responsabilité principale</w:t>
            </w:r>
          </w:p>
          <w:p>
            <w:r>
              <w:t>• Résultat mesurable (chiffres réels uniquement)</w:t>
            </w:r>
          </w:p>
          <w:p>
            <w:r>
              <w:t>• Autre activité pertinente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MM.AAAA – MM.AAAA</w:t>
            </w:r>
          </w:p>
        </w:tc>
        <w:tc>
          <w:tcPr>
            <w:tcW w:type="dxa" w:w="7370"/>
          </w:tcPr>
          <w:p>
            <w:r>
              <w:rPr>
                <w:b/>
              </w:rPr>
              <w:t>Fonction · Entreprise Sàrl, Lieu · 80 %</w:t>
            </w:r>
          </w:p>
          <w:p>
            <w:r>
              <w:t>• Tâche</w:t>
            </w:r>
          </w:p>
          <w:p>
            <w:r>
              <w:t>• Résultat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FORMATION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MM.AAAA – MM.AAAA</w:t>
            </w:r>
          </w:p>
        </w:tc>
        <w:tc>
          <w:tcPr>
            <w:tcW w:type="dxa" w:w="7370"/>
          </w:tcPr>
          <w:p>
            <w:r>
              <w:rPr>
                <w:b/>
              </w:rPr>
              <w:t>Diplôme (p. ex. CFC, Bachelor) · École, Lieu</w:t>
            </w:r>
          </w:p>
          <w:p>
            <w:r>
              <w:rPr>
                <w:i/>
              </w:rPr>
              <w:t>Note / spécialisation (facultatif)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FORMATION CONTINUE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AAAA</w:t>
            </w:r>
          </w:p>
        </w:tc>
        <w:tc>
          <w:tcPr>
            <w:tcW w:type="dxa" w:w="7370"/>
          </w:tcPr>
          <w:p>
            <w:r>
              <w:rPr>
                <w:b/>
              </w:rPr>
              <w:t>Cours ou certificat · Organisme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LANGUES</w:t>
      </w:r>
    </w:p>
    <w:p>
      <w:r>
        <w:t>• Français – langue maternelle</w:t>
      </w:r>
    </w:p>
    <w:p>
      <w:r>
        <w:t>• Allemand – B2</w:t>
      </w:r>
    </w:p>
    <w:p>
      <w:r>
        <w:t>• Anglais – C1</w:t>
      </w:r>
    </w:p>
    <w:p>
      <w:pPr>
        <w:spacing w:before="240"/>
      </w:pPr>
      <w:r>
        <w:rPr>
          <w:b/>
          <w:color w:val="0E5A7A"/>
          <w:sz w:val="24"/>
        </w:rPr>
        <w:t>INFORMATIQUE</w:t>
      </w:r>
    </w:p>
    <w:p>
      <w:r>
        <w:t>MS Office, SAP, …</w:t>
      </w:r>
    </w:p>
    <w:p>
      <w:pPr>
        <w:spacing w:before="240"/>
      </w:pPr>
      <w:r>
        <w:rPr>
          <w:b/>
          <w:color w:val="0E5A7A"/>
          <w:sz w:val="24"/>
        </w:rPr>
        <w:t>CENTRES D'INTÉRÊT</w:t>
      </w:r>
    </w:p>
    <w:p>
      <w:r>
        <w:t>Loisir 1, Loisir 2, association …</w:t>
      </w:r>
    </w:p>
    <w:p>
      <w:pPr>
        <w:spacing w:before="240"/>
      </w:pPr>
      <w:r>
        <w:rPr>
          <w:b/>
          <w:color w:val="0E5A7A"/>
          <w:sz w:val="24"/>
        </w:rPr>
        <w:t>RÉFÉRENCES</w:t>
      </w:r>
    </w:p>
    <w:p>
      <w:r>
        <w:t>Références sur demande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