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color w:val="0E5A7A"/>
                <w:sz w:val="44"/>
              </w:rPr>
              <w:t>Vorname Nachname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i/>
              </w:rPr>
              <w:t>[Foto hier einfügen – professionelles Porträt]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PERSONALIEN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Adresse</w:t>
            </w:r>
          </w:p>
        </w:tc>
        <w:tc>
          <w:tcPr>
            <w:tcW w:type="dxa" w:w="7370"/>
          </w:tcPr>
          <w:p>
            <w:r>
              <w:t>Strasse Nr., PLZ Ort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Telefon</w:t>
            </w:r>
          </w:p>
        </w:tc>
        <w:tc>
          <w:tcPr>
            <w:tcW w:type="dxa" w:w="7370"/>
          </w:tcPr>
          <w:p>
            <w:r>
              <w:t>+41 79 000 00 00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E-Mail</w:t>
            </w:r>
          </w:p>
        </w:tc>
        <w:tc>
          <w:tcPr>
            <w:tcW w:type="dxa" w:w="7370"/>
          </w:tcPr>
          <w:p>
            <w:r>
              <w:t>name@beispiel.ch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Geburtsdatum</w:t>
            </w:r>
          </w:p>
        </w:tc>
        <w:tc>
          <w:tcPr>
            <w:tcW w:type="dxa" w:w="7370"/>
          </w:tcPr>
          <w:p>
            <w:r>
              <w:t>TT.MM.JJJJ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Nationalität</w:t>
            </w:r>
          </w:p>
        </w:tc>
        <w:tc>
          <w:tcPr>
            <w:tcW w:type="dxa" w:w="7370"/>
          </w:tcPr>
          <w:p>
            <w:r>
              <w:t>Schweiz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268"/>
          </w:tcPr>
          <w:p>
            <w:r>
              <w:t>Bewilligung</w:t>
            </w:r>
          </w:p>
        </w:tc>
        <w:tc>
          <w:tcPr>
            <w:tcW w:type="dxa" w:w="7370"/>
          </w:tcPr>
          <w:p>
            <w:r>
              <w:t>z. B. Ausweis B / C / G (falls nicht Schweizer/in)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BERUFSERFAHRUNG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MM.JJJJ – heute</w:t>
            </w:r>
          </w:p>
        </w:tc>
        <w:tc>
          <w:tcPr>
            <w:tcW w:type="dxa" w:w="7370"/>
          </w:tcPr>
          <w:p>
            <w:r>
              <w:rPr>
                <w:b/>
              </w:rPr>
              <w:t>Funktion · Firma AG, Ort · 100 %</w:t>
            </w:r>
          </w:p>
          <w:p>
            <w:r>
              <w:t>• Wichtigste Aufgabe oder Verantwortung</w:t>
            </w:r>
          </w:p>
          <w:p>
            <w:r>
              <w:t>• Messbares Ergebnis (nur echte Zahlen)</w:t>
            </w:r>
          </w:p>
          <w:p>
            <w:r>
              <w:t>• Weitere relevante Tätigkeit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MM.JJJJ – MM.JJJJ</w:t>
            </w:r>
          </w:p>
        </w:tc>
        <w:tc>
          <w:tcPr>
            <w:tcW w:type="dxa" w:w="7370"/>
          </w:tcPr>
          <w:p>
            <w:r>
              <w:rPr>
                <w:b/>
              </w:rPr>
              <w:t>Funktion · Firma GmbH, Ort · 80 %</w:t>
            </w:r>
          </w:p>
          <w:p>
            <w:r>
              <w:t>• Aufgabe</w:t>
            </w:r>
          </w:p>
          <w:p>
            <w:r>
              <w:t>• Ergebnis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AUSBILDUNG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MM.JJJJ – MM.JJJJ</w:t>
            </w:r>
          </w:p>
        </w:tc>
        <w:tc>
          <w:tcPr>
            <w:tcW w:type="dxa" w:w="7370"/>
          </w:tcPr>
          <w:p>
            <w:r>
              <w:rPr>
                <w:b/>
              </w:rPr>
              <w:t>Abschluss (z. B. EFZ, Bachelor) · Schule, Ort</w:t>
            </w:r>
          </w:p>
          <w:p>
            <w:r>
              <w:rPr>
                <w:i/>
              </w:rPr>
              <w:t>Note / Schwerpunkt (optional)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WEITERBILDUNG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68"/>
        <w:gridCol w:w="4986"/>
      </w:tblGrid>
      <w:tr>
        <w:tc>
          <w:tcPr>
            <w:tcW w:type="dxa" w:w="2268"/>
          </w:tcPr>
          <w:p>
            <w:r>
              <w:rPr>
                <w:color w:val="555555"/>
              </w:rPr>
              <w:t>JJJJ</w:t>
            </w:r>
          </w:p>
        </w:tc>
        <w:tc>
          <w:tcPr>
            <w:tcW w:type="dxa" w:w="7370"/>
          </w:tcPr>
          <w:p>
            <w:r>
              <w:rPr>
                <w:b/>
              </w:rPr>
              <w:t>Kurs oder Zertifikat · Anbieter</w:t>
            </w:r>
          </w:p>
        </w:tc>
      </w:tr>
    </w:tbl>
    <w:p>
      <w:pPr>
        <w:spacing w:before="240"/>
      </w:pPr>
      <w:r>
        <w:rPr>
          <w:b/>
          <w:color w:val="0E5A7A"/>
          <w:sz w:val="24"/>
        </w:rPr>
        <w:t>SPRACHEN</w:t>
      </w:r>
    </w:p>
    <w:p>
      <w:r>
        <w:t>• Deutsch – Muttersprache</w:t>
      </w:r>
    </w:p>
    <w:p>
      <w:r>
        <w:t>• Französisch – B2</w:t>
      </w:r>
    </w:p>
    <w:p>
      <w:r>
        <w:t>• Englisch – C1</w:t>
      </w:r>
    </w:p>
    <w:p>
      <w:pPr>
        <w:spacing w:before="240"/>
      </w:pPr>
      <w:r>
        <w:rPr>
          <w:b/>
          <w:color w:val="0E5A7A"/>
          <w:sz w:val="24"/>
        </w:rPr>
        <w:t>IT-KENNTNISSE</w:t>
      </w:r>
    </w:p>
    <w:p>
      <w:r>
        <w:t>MS Office, SAP, …</w:t>
      </w:r>
    </w:p>
    <w:p>
      <w:pPr>
        <w:spacing w:before="240"/>
      </w:pPr>
      <w:r>
        <w:rPr>
          <w:b/>
          <w:color w:val="0E5A7A"/>
          <w:sz w:val="24"/>
        </w:rPr>
        <w:t>INTERESSEN</w:t>
      </w:r>
    </w:p>
    <w:p>
      <w:r>
        <w:t>Hobby 1, Hobby 2, Verein …</w:t>
      </w:r>
    </w:p>
    <w:p>
      <w:pPr>
        <w:spacing w:before="240"/>
      </w:pPr>
      <w:r>
        <w:rPr>
          <w:b/>
          <w:color w:val="0E5A7A"/>
          <w:sz w:val="24"/>
        </w:rPr>
        <w:t>REFERENZEN</w:t>
      </w:r>
    </w:p>
    <w:p>
      <w:r>
        <w:t>Referenzen auf Anfrage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